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819"/>
            <w:tcBorders>
              <w:top w:val="none" w:sz="0" w:space="0" w:color="FFFFFF"/>
              <w:bottom w:val="none" w:sz="0" w:space="0" w:color="FFFFFF"/>
              <w:left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>
            <w:pPr>
              <w:spacing w:after="160" w:before="0"/>
              <w:pBdr>
                <w:bottom w:val="single" w:sz="6" w:space="2" w:color="E5E7EB"/>
              </w:pBdr>
            </w:pPr>
            <w:r/>
            <w:r>
              <w:rPr>
                <w:rFonts w:ascii="Arial" w:hAnsi="Arial"/>
                <w:color w:val="9CA3AF"/>
                <w:sz w:val="15"/>
              </w:rPr>
              <w:t>[Ihr Firmenname] · [Straße] · [PLZ] [Ort]</w:t>
            </w:r>
          </w:p>
          <w:p>
            <w:pPr>
              <w:spacing w:after="0" w:before="0"/>
            </w:pPr>
            <w:r>
              <w:rPr>
                <w:rFonts w:ascii="Arial" w:hAnsi="Arial"/>
                <w:color w:val="1F2937"/>
                <w:sz w:val="21"/>
              </w:rPr>
              <w:t>[Firmenname des Kunden]</w:t>
            </w:r>
          </w:p>
          <w:p>
            <w:pPr>
              <w:spacing w:after="0" w:before="0"/>
            </w:pPr>
            <w:r>
              <w:rPr>
                <w:rFonts w:ascii="Arial" w:hAnsi="Arial"/>
                <w:color w:val="1F2937"/>
                <w:sz w:val="21"/>
              </w:rPr>
              <w:t>[Straße und Hausnummer]</w:t>
            </w:r>
          </w:p>
          <w:p>
            <w:pPr>
              <w:spacing w:after="0" w:before="0"/>
            </w:pPr>
            <w:r>
              <w:rPr>
                <w:rFonts w:ascii="Arial" w:hAnsi="Arial"/>
                <w:color w:val="1F2937"/>
                <w:sz w:val="21"/>
              </w:rPr>
              <w:t>[PLZ] [Ort]</w:t>
            </w:r>
          </w:p>
          <w:p>
            <w:pPr>
              <w:spacing w:after="0" w:before="0"/>
            </w:pPr>
            <w:r>
              <w:rPr>
                <w:rFonts w:ascii="Arial" w:hAnsi="Arial"/>
                <w:color w:val="1F2937"/>
                <w:sz w:val="21"/>
              </w:rPr>
              <w:t>Österreich</w:t>
            </w:r>
          </w:p>
        </w:tc>
        <w:tc>
          <w:tcPr>
            <w:tcW w:type="dxa" w:w="4535"/>
            <w:tcBorders>
              <w:top w:val="none" w:sz="0" w:space="0" w:color="FFFFFF"/>
              <w:bottom w:val="none" w:sz="0" w:space="0" w:color="FFFFFF"/>
              <w:left w:val="none" w:sz="0" w:space="0" w:color="FFFFFF"/>
              <w:right w:val="none" w:sz="0" w:space="0" w:color="FFFFFF"/>
            </w:tcBorders>
            <w:tcMar>
              <w:top w:w="0" w:type="dxa"/>
              <w:left w:w="85" w:type="dxa"/>
              <w:bottom w:w="0" w:type="dxa"/>
              <w:right w:w="0" w:type="dxa"/>
            </w:tcMar>
          </w:tcPr>
          <w:p>
            <w:pPr>
              <w:spacing w:after="0"/>
            </w:pPr>
            <w:r/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2267"/>
              <w:gridCol w:w="2267"/>
            </w:tblGrid>
            <w:tr>
              <w:tc>
                <w:tcPr>
                  <w:tcW w:type="dxa" w:w="192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57" w:type="dxa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hAnsi="Arial"/>
                      <w:b/>
                      <w:color w:val="1F2937"/>
                      <w:sz w:val="19"/>
                    </w:rPr>
                    <w:t>AB-Nummer</w:t>
                  </w:r>
                </w:p>
              </w:tc>
              <w:tc>
                <w:tcPr>
                  <w:tcW w:type="dxa" w:w="226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hAnsi="Arial"/>
                      <w:color w:val="374151"/>
                      <w:sz w:val="19"/>
                    </w:rPr>
                    <w:t>[AB-2026-001]</w:t>
                  </w:r>
                </w:p>
              </w:tc>
            </w:tr>
            <w:tr>
              <w:tc>
                <w:tcPr>
                  <w:tcW w:type="dxa" w:w="192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57" w:type="dxa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hAnsi="Arial"/>
                      <w:b/>
                      <w:color w:val="1F2937"/>
                      <w:sz w:val="19"/>
                    </w:rPr>
                    <w:t>Datum</w:t>
                  </w:r>
                </w:p>
              </w:tc>
              <w:tc>
                <w:tcPr>
                  <w:tcW w:type="dxa" w:w="226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hAnsi="Arial"/>
                      <w:color w:val="374151"/>
                      <w:sz w:val="19"/>
                    </w:rPr>
                    <w:t>[TT.MM.JJJJ]</w:t>
                  </w:r>
                </w:p>
              </w:tc>
            </w:tr>
            <w:tr>
              <w:tc>
                <w:tcPr>
                  <w:tcW w:type="dxa" w:w="192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57" w:type="dxa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hAnsi="Arial"/>
                      <w:b/>
                      <w:color w:val="1F2937"/>
                      <w:sz w:val="19"/>
                    </w:rPr>
                    <w:t>Bezug</w:t>
                  </w:r>
                </w:p>
              </w:tc>
              <w:tc>
                <w:tcPr>
                  <w:tcW w:type="dxa" w:w="226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hAnsi="Arial"/>
                      <w:color w:val="374151"/>
                      <w:sz w:val="19"/>
                    </w:rPr>
                    <w:t>[Angebot AN-2026-001 vom TT.MM.JJJJ]</w:t>
                  </w:r>
                </w:p>
              </w:tc>
            </w:tr>
            <w:tr>
              <w:tc>
                <w:tcPr>
                  <w:tcW w:type="dxa" w:w="192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57" w:type="dxa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hAnsi="Arial"/>
                      <w:b/>
                      <w:color w:val="1F2937"/>
                      <w:sz w:val="19"/>
                    </w:rPr>
                    <w:t>Bauvorhaben</w:t>
                  </w:r>
                </w:p>
              </w:tc>
              <w:tc>
                <w:tcPr>
                  <w:tcW w:type="dxa" w:w="226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hAnsi="Arial"/>
                      <w:color w:val="374151"/>
                      <w:sz w:val="19"/>
                    </w:rPr>
                    <w:t>[Projektname, Adresse]</w:t>
                  </w:r>
                </w:p>
              </w:tc>
            </w:tr>
            <w:tr>
              <w:tc>
                <w:tcPr>
                  <w:tcW w:type="dxa" w:w="192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57" w:type="dxa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hAnsi="Arial"/>
                      <w:b/>
                      <w:color w:val="1F2937"/>
                      <w:sz w:val="19"/>
                    </w:rPr>
                    <w:t>Kunden-UID</w:t>
                  </w:r>
                </w:p>
              </w:tc>
              <w:tc>
                <w:tcPr>
                  <w:tcW w:type="dxa" w:w="2268"/>
                  <w:tcBorders>
                    <w:top w:val="none" w:sz="0" w:space="0" w:color="FFFFFF"/>
                    <w:bottom w:val="none" w:sz="0" w:space="0" w:color="FFFFFF"/>
                    <w:left w:val="none" w:sz="0" w:space="0" w:color="FFFFFF"/>
                    <w:right w:val="none" w:sz="0" w:space="0" w:color="FFFFFF"/>
                  </w:tcBorders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hAnsi="Arial"/>
                      <w:color w:val="374151"/>
                      <w:sz w:val="19"/>
                    </w:rPr>
                    <w:t>[ATU00000000]</w:t>
                  </w:r>
                </w:p>
              </w:tc>
            </w:tr>
          </w:tbl>
          <w:p/>
        </w:tc>
      </w:tr>
    </w:tbl>
    <w:p>
      <w:pPr>
        <w:spacing w:after="0" w:before="0"/>
      </w:pPr>
      <w:r>
        <w:rPr>
          <w:rFonts w:ascii="Arial" w:hAnsi="Arial"/>
          <w:b w:val="0"/>
          <w:color w:val="374151"/>
          <w:sz w:val="4"/>
        </w:rPr>
      </w:r>
    </w:p>
    <w:p>
      <w:pPr>
        <w:spacing w:after="160" w:before="560"/>
      </w:pPr>
      <w:r>
        <w:rPr>
          <w:rFonts w:ascii="Arial" w:hAnsi="Arial"/>
          <w:b/>
          <w:color w:val="1F2937"/>
          <w:sz w:val="36"/>
        </w:rPr>
        <w:t>Auftragsbestätigung [AB-2026-001]</w:t>
      </w:r>
    </w:p>
    <w:p>
      <w:pPr>
        <w:spacing w:after="0" w:before="0"/>
      </w:pPr>
      <w:r>
        <w:rPr>
          <w:rFonts w:ascii="Arial" w:hAnsi="Arial"/>
          <w:b w:val="0"/>
          <w:color w:val="374151"/>
          <w:sz w:val="20"/>
        </w:rPr>
        <w:t>Sehr geehrte Damen und Herren,</w:t>
      </w:r>
    </w:p>
    <w:p>
      <w:pPr>
        <w:spacing w:after="0" w:before="0"/>
      </w:pPr>
      <w:r>
        <w:rPr>
          <w:rFonts w:ascii="Arial" w:hAnsi="Arial"/>
          <w:b w:val="0"/>
          <w:color w:val="374151"/>
          <w:sz w:val="20"/>
        </w:rPr>
        <w:t>vielen Dank für Ihren Auftrag, den wir hiermit wie folgt bestätigen:</w:t>
      </w:r>
    </w:p>
    <w:p>
      <w:pPr>
        <w:spacing w:after="80" w:before="0"/>
      </w:pPr>
      <w:r>
        <w:rPr>
          <w:rFonts w:ascii="Arial" w:hAnsi="Arial"/>
          <w:b w:val="0"/>
          <w:color w:val="374151"/>
          <w:sz w:val="8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c>
          <w:tcPr>
            <w:tcW w:type="dxa" w:w="567"/>
            <w:tcMar>
              <w:top w:w="85" w:type="dxa"/>
              <w:left w:w="85" w:type="dxa"/>
              <w:bottom w:w="85" w:type="dxa"/>
              <w:right w:w="85" w:type="dxa"/>
            </w:tcMar>
            <w:shd w:fill="37415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Pos.</w:t>
            </w:r>
          </w:p>
        </w:tc>
        <w:tc>
          <w:tcPr>
            <w:tcW w:type="dxa" w:w="4535"/>
            <w:tcMar>
              <w:top w:w="85" w:type="dxa"/>
              <w:left w:w="85" w:type="dxa"/>
              <w:bottom w:w="85" w:type="dxa"/>
              <w:right w:w="85" w:type="dxa"/>
            </w:tcMar>
            <w:shd w:fill="374151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Beschreibung</w:t>
            </w:r>
          </w:p>
        </w:tc>
        <w:tc>
          <w:tcPr>
            <w:tcW w:type="dxa" w:w="850"/>
            <w:tcMar>
              <w:top w:w="85" w:type="dxa"/>
              <w:left w:w="85" w:type="dxa"/>
              <w:bottom w:w="85" w:type="dxa"/>
              <w:right w:w="85" w:type="dxa"/>
            </w:tcMar>
            <w:shd w:fill="374151"/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Menge</w:t>
            </w:r>
          </w:p>
        </w:tc>
        <w:tc>
          <w:tcPr>
            <w:tcW w:type="dxa" w:w="850"/>
            <w:tcMar>
              <w:top w:w="85" w:type="dxa"/>
              <w:left w:w="85" w:type="dxa"/>
              <w:bottom w:w="85" w:type="dxa"/>
              <w:right w:w="85" w:type="dxa"/>
            </w:tcMar>
            <w:shd w:fill="374151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Einheit</w:t>
            </w:r>
          </w:p>
        </w:tc>
        <w:tc>
          <w:tcPr>
            <w:tcW w:type="dxa" w:w="1417"/>
            <w:tcMar>
              <w:top w:w="85" w:type="dxa"/>
              <w:left w:w="85" w:type="dxa"/>
              <w:bottom w:w="85" w:type="dxa"/>
              <w:right w:w="85" w:type="dxa"/>
            </w:tcMar>
            <w:shd w:fill="374151"/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Einzelpreis</w:t>
            </w:r>
          </w:p>
        </w:tc>
        <w:tc>
          <w:tcPr>
            <w:tcW w:type="dxa" w:w="1134"/>
            <w:tcMar>
              <w:top w:w="85" w:type="dxa"/>
              <w:left w:w="85" w:type="dxa"/>
              <w:bottom w:w="85" w:type="dxa"/>
              <w:right w:w="85" w:type="dxa"/>
            </w:tcMar>
            <w:shd w:fill="374151"/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Gesamt</w:t>
            </w:r>
          </w:p>
        </w:tc>
      </w:tr>
      <w:tr>
        <w:tc>
          <w:tcPr>
            <w:tcW w:type="dxa" w:w="567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[1]</w:t>
            </w:r>
          </w:p>
        </w:tc>
        <w:tc>
          <w:tcPr>
            <w:tcW w:type="dxa" w:w="4535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[Beschreibung der Leistung]</w:t>
            </w:r>
          </w:p>
        </w:tc>
        <w:tc>
          <w:tcPr>
            <w:tcW w:type="dxa" w:w="850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[Menge]</w:t>
            </w:r>
          </w:p>
        </w:tc>
        <w:tc>
          <w:tcPr>
            <w:tcW w:type="dxa" w:w="850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[Einheit]</w:t>
            </w:r>
          </w:p>
        </w:tc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[Preis]</w:t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[Gesamt]</w:t>
            </w:r>
          </w:p>
        </w:tc>
      </w:tr>
      <w:tr>
        <w:tc>
          <w:tcPr>
            <w:tcW w:type="dxa" w:w="567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[2]</w:t>
            </w:r>
          </w:p>
        </w:tc>
        <w:tc>
          <w:tcPr>
            <w:tcW w:type="dxa" w:w="4535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[Beschreibung der Leistung]</w:t>
            </w:r>
          </w:p>
        </w:tc>
        <w:tc>
          <w:tcPr>
            <w:tcW w:type="dxa" w:w="850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[Menge]</w:t>
            </w:r>
          </w:p>
        </w:tc>
        <w:tc>
          <w:tcPr>
            <w:tcW w:type="dxa" w:w="850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[Einheit]</w:t>
            </w:r>
          </w:p>
        </w:tc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[Preis]</w:t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tcBorders>
              <w:top w:val="none" w:sz="0" w:space="0" w:color="FFFFFF"/>
              <w:bottom w:val="single" w:sz="4" w:space="0" w:color="E5E7EB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F2937"/>
                <w:sz w:val="19"/>
              </w:rPr>
              <w:t>[Gesamt]</w:t>
            </w:r>
          </w:p>
        </w:tc>
      </w:tr>
    </w:tbl>
    <w:p>
      <w:pPr>
        <w:spacing w:after="120" w:before="0"/>
      </w:pPr>
      <w:r>
        <w:rPr>
          <w:rFonts w:ascii="Arial" w:hAnsi="Arial"/>
          <w:b w:val="0"/>
          <w:color w:val="374151"/>
          <w:sz w:val="8"/>
        </w:rPr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2835"/>
            <w:tcMar>
              <w:top w:w="40" w:type="dxa"/>
              <w:left w:w="85" w:type="dxa"/>
              <w:bottom w:w="40" w:type="dxa"/>
              <w:right w:w="85" w:type="dxa"/>
            </w:tcMar>
            <w:tcBorders>
              <w:top w:val="none" w:sz="0" w:space="0" w:color="FFFFFF"/>
              <w:bottom w:val="none" w:sz="0" w:space="0" w:color="FFFFFF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374151"/>
                <w:sz w:val="20"/>
              </w:rPr>
              <w:t>Summe Positionen</w:t>
            </w:r>
          </w:p>
        </w:tc>
        <w:tc>
          <w:tcPr>
            <w:tcW w:type="dxa" w:w="1984"/>
            <w:tcMar>
              <w:top w:w="40" w:type="dxa"/>
              <w:left w:w="85" w:type="dxa"/>
              <w:bottom w:w="40" w:type="dxa"/>
              <w:right w:w="85" w:type="dxa"/>
            </w:tcMar>
            <w:tcBorders>
              <w:top w:val="none" w:sz="0" w:space="0" w:color="FFFFFF"/>
              <w:bottom w:val="none" w:sz="0" w:space="0" w:color="FFFFFF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374151"/>
                <w:sz w:val="20"/>
              </w:rPr>
              <w:t>[Summe] EUR</w:t>
            </w:r>
          </w:p>
        </w:tc>
      </w:tr>
      <w:tr>
        <w:tc>
          <w:tcPr>
            <w:tcW w:type="dxa" w:w="2835"/>
            <w:tcMar>
              <w:top w:w="40" w:type="dxa"/>
              <w:left w:w="85" w:type="dxa"/>
              <w:bottom w:w="40" w:type="dxa"/>
              <w:right w:w="85" w:type="dxa"/>
            </w:tcMar>
            <w:tcBorders>
              <w:top w:val="none" w:sz="0" w:space="0" w:color="FFFFFF"/>
              <w:bottom w:val="none" w:sz="0" w:space="0" w:color="FFFFFF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374151"/>
                <w:sz w:val="20"/>
              </w:rPr>
              <w:t>Umsatzsteuer (20%)</w:t>
            </w:r>
          </w:p>
        </w:tc>
        <w:tc>
          <w:tcPr>
            <w:tcW w:type="dxa" w:w="1984"/>
            <w:tcMar>
              <w:top w:w="40" w:type="dxa"/>
              <w:left w:w="85" w:type="dxa"/>
              <w:bottom w:w="40" w:type="dxa"/>
              <w:right w:w="85" w:type="dxa"/>
            </w:tcMar>
            <w:tcBorders>
              <w:top w:val="none" w:sz="0" w:space="0" w:color="FFFFFF"/>
              <w:bottom w:val="none" w:sz="0" w:space="0" w:color="FFFFFF"/>
              <w:left w:val="none" w:sz="0" w:space="0" w:color="FFFFFF"/>
              <w:right w:val="none" w:sz="0" w:space="0" w:color="FFFFFF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374151"/>
                <w:sz w:val="20"/>
              </w:rPr>
              <w:t>[USt] EUR</w:t>
            </w:r>
          </w:p>
        </w:tc>
      </w:tr>
      <w:tr>
        <w:tc>
          <w:tcPr>
            <w:tcW w:type="dxa" w:w="2835"/>
            <w:tcMar>
              <w:top w:w="40" w:type="dxa"/>
              <w:left w:w="85" w:type="dxa"/>
              <w:bottom w:w="40" w:type="dxa"/>
              <w:right w:w="85" w:type="dxa"/>
            </w:tcMar>
            <w:tcBorders>
              <w:top w:val="single" w:sz="8" w:space="0" w:color="374151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F2937"/>
                <w:sz w:val="24"/>
              </w:rPr>
              <w:t>Auftragssumme</w:t>
            </w:r>
          </w:p>
        </w:tc>
        <w:tc>
          <w:tcPr>
            <w:tcW w:type="dxa" w:w="1984"/>
            <w:tcMar>
              <w:top w:w="40" w:type="dxa"/>
              <w:left w:w="85" w:type="dxa"/>
              <w:bottom w:w="40" w:type="dxa"/>
              <w:right w:w="85" w:type="dxa"/>
            </w:tcMar>
            <w:tcBorders>
              <w:top w:val="single" w:sz="8" w:space="0" w:color="374151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F2937"/>
                <w:sz w:val="24"/>
              </w:rPr>
              <w:t>[Gesamt] EUR</w:t>
            </w:r>
          </w:p>
        </w:tc>
      </w:tr>
    </w:tbl>
    <w:p>
      <w:pPr>
        <w:spacing w:after="40" w:before="200"/>
      </w:pPr>
      <w:r>
        <w:rPr>
          <w:rFonts w:ascii="Arial" w:hAnsi="Arial"/>
          <w:b/>
          <w:color w:val="1F2937"/>
          <w:sz w:val="22"/>
        </w:rPr>
        <w:t>Ausführung und Zahlung</w:t>
      </w:r>
    </w:p>
    <w:p>
      <w:pPr>
        <w:spacing w:after="40" w:before="0"/>
      </w:pPr>
      <w:r>
        <w:rPr>
          <w:rFonts w:ascii="Arial" w:hAnsi="Arial"/>
          <w:b w:val="0"/>
          <w:color w:val="374151"/>
          <w:sz w:val="20"/>
        </w:rPr>
        <w:t>Ausführungszeitraum: [Baubeginn TT.MM.JJJJ bis Fertigstellung TT.MM.JJJJ bzw. KW XX-XX]</w:t>
      </w:r>
    </w:p>
    <w:p>
      <w:pPr>
        <w:spacing w:after="40" w:before="0"/>
      </w:pPr>
      <w:r>
        <w:rPr>
          <w:rFonts w:ascii="Arial" w:hAnsi="Arial"/>
          <w:b w:val="0"/>
          <w:color w:val="374151"/>
          <w:sz w:val="20"/>
        </w:rPr>
        <w:t>Zahlungsplan: [z. B. 30 % Anzahlung, Teilrechnungen nach Baufortschritt, Schlussrechnung nach Abnahme]</w:t>
      </w:r>
    </w:p>
    <w:p>
      <w:pPr>
        <w:spacing w:after="40" w:before="0"/>
      </w:pPr>
      <w:r>
        <w:rPr>
          <w:rFonts w:ascii="Arial" w:hAnsi="Arial"/>
          <w:b w:val="0"/>
          <w:color w:val="374151"/>
          <w:sz w:val="20"/>
        </w:rPr>
        <w:t>Zahlungsbedingungen: [z. B. 14 Tage netto ab Rechnungslegung]</w:t>
      </w:r>
    </w:p>
    <w:p>
      <w:pPr>
        <w:spacing w:after="40" w:before="0"/>
      </w:pPr>
      <w:r>
        <w:rPr>
          <w:rFonts w:ascii="Arial" w:hAnsi="Arial"/>
          <w:b w:val="0"/>
          <w:color w:val="374151"/>
          <w:sz w:val="20"/>
        </w:rPr>
        <w:t>Vertragsgrundlage: [Angebot AN-2026-001; ÖNORM B 2110, sofern vereinbart]</w:t>
      </w:r>
    </w:p>
    <w:p>
      <w:pPr>
        <w:spacing w:after="40" w:before="160"/>
      </w:pPr>
      <w:r>
        <w:rPr>
          <w:rFonts w:ascii="Arial" w:hAnsi="Arial"/>
          <w:b/>
          <w:color w:val="1F2937"/>
          <w:sz w:val="22"/>
        </w:rPr>
        <w:t>Hinweise und nicht enthaltene Leistungen</w:t>
      </w:r>
    </w:p>
    <w:p>
      <w:pPr>
        <w:spacing w:after="40" w:before="0"/>
      </w:pPr>
      <w:r>
        <w:rPr>
          <w:rFonts w:ascii="Arial" w:hAnsi="Arial"/>
          <w:b w:val="0"/>
          <w:color w:val="374151"/>
          <w:sz w:val="20"/>
        </w:rPr>
        <w:t>[z. B. Material bauseits gestellt, Entsorgung nicht enthalten, Strom- und Wasseranschluss durch Auftraggeber]</w:t>
      </w:r>
    </w:p>
    <w:p>
      <w:pPr>
        <w:spacing w:after="40" w:before="160"/>
      </w:pPr>
      <w:r>
        <w:rPr>
          <w:rFonts w:ascii="Arial" w:hAnsi="Arial"/>
          <w:b/>
          <w:color w:val="1F2937"/>
          <w:sz w:val="22"/>
        </w:rPr>
        <w:t>Gegenbestätigung (optional)</w:t>
      </w:r>
    </w:p>
    <w:p>
      <w:pPr>
        <w:spacing w:after="200" w:before="0"/>
      </w:pPr>
      <w:r>
        <w:rPr>
          <w:rFonts w:ascii="Arial" w:hAnsi="Arial"/>
          <w:b w:val="0"/>
          <w:color w:val="374151"/>
          <w:sz w:val="20"/>
        </w:rPr>
        <w:t>Wir bestätigen den Auftrag zu den oben genannten Bedingungen: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252"/>
            <w:tcMar>
              <w:top w:w="40" w:type="dxa"/>
              <w:left w:w="85" w:type="dxa"/>
              <w:bottom w:w="0" w:type="dxa"/>
              <w:right w:w="85" w:type="dxa"/>
            </w:tcMar>
            <w:tcBorders>
              <w:top w:val="single" w:sz="4" w:space="0" w:color="D1D5DB"/>
            </w:tcBorders>
            <w:tcMar>
              <w:top w:w="40" w:type="dxa"/>
              <w:left w:w="0" w:type="dxa"/>
              <w:bottom w:w="0" w:type="dxa"/>
              <w:right w:w="567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6B7280"/>
                <w:sz w:val="17"/>
              </w:rPr>
              <w:t>Ort, Datum</w:t>
            </w:r>
          </w:p>
        </w:tc>
        <w:tc>
          <w:tcPr>
            <w:tcW w:type="dxa" w:w="4252"/>
            <w:tcMar>
              <w:top w:w="40" w:type="dxa"/>
              <w:left w:w="85" w:type="dxa"/>
              <w:bottom w:w="0" w:type="dxa"/>
              <w:right w:w="85" w:type="dxa"/>
            </w:tcMar>
            <w:tcBorders>
              <w:top w:val="single" w:sz="4" w:space="0" w:color="D1D5DB"/>
            </w:tcBorders>
            <w:tcMar>
              <w:top w:w="40" w:type="dxa"/>
              <w:left w:w="0" w:type="dxa"/>
              <w:bottom w:w="0" w:type="dxa"/>
              <w:right w:w="567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6B7280"/>
                <w:sz w:val="17"/>
              </w:rPr>
              <w:t>Unterschrift Auftraggeber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198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339"/>
      <w:gridCol w:w="2339"/>
      <w:gridCol w:w="2339"/>
      <w:gridCol w:w="2339"/>
    </w:tblGrid>
    <w:tr>
      <w:tc>
        <w:tcPr>
          <w:tcW w:type="dxa" w:w="2608"/>
          <w:tcBorders>
            <w:top w:val="single" w:sz="4" w:space="0" w:color="D1D5DB"/>
          </w:tcBorders>
          <w:tcMar>
            <w:top w:w="85" w:type="dxa"/>
            <w:left w:w="0" w:type="dxa"/>
            <w:bottom w:w="0" w:type="dxa"/>
            <w:right w:w="85" w:type="dxa"/>
          </w:tcMar>
        </w:tcPr>
        <w:p>
          <w:pPr>
            <w:spacing w:after="0" w:before="0"/>
          </w:pPr>
          <w:r/>
          <w:r>
            <w:rPr>
              <w:rFonts w:ascii="Arial" w:hAnsi="Arial"/>
              <w:color w:val="6B7280"/>
              <w:sz w:val="14"/>
            </w:rPr>
            <w:t>[Ihr Firmenname + Rechtsform]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[Straße und Hausnummer]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[PLZ] [Ort]</w:t>
          </w:r>
        </w:p>
      </w:tc>
      <w:tc>
        <w:tcPr>
          <w:tcW w:type="dxa" w:w="2268"/>
          <w:tcBorders>
            <w:top w:val="single" w:sz="4" w:space="0" w:color="D1D5DB"/>
          </w:tcBorders>
          <w:tcMar>
            <w:top w:w="85" w:type="dxa"/>
            <w:left w:w="0" w:type="dxa"/>
            <w:bottom w:w="0" w:type="dxa"/>
            <w:right w:w="85" w:type="dxa"/>
          </w:tcMar>
        </w:tcPr>
        <w:p>
          <w:pPr>
            <w:spacing w:after="0" w:before="0"/>
          </w:pPr>
          <w:r/>
          <w:r>
            <w:rPr>
              <w:rFonts w:ascii="Arial" w:hAnsi="Arial"/>
              <w:color w:val="6B7280"/>
              <w:sz w:val="14"/>
            </w:rPr>
            <w:t>E-Mail: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[ihre@email.at]</w:t>
          </w:r>
        </w:p>
      </w:tc>
      <w:tc>
        <w:tcPr>
          <w:tcW w:type="dxa" w:w="2268"/>
          <w:tcBorders>
            <w:top w:val="single" w:sz="4" w:space="0" w:color="D1D5DB"/>
          </w:tcBorders>
          <w:tcMar>
            <w:top w:w="85" w:type="dxa"/>
            <w:left w:w="0" w:type="dxa"/>
            <w:bottom w:w="0" w:type="dxa"/>
            <w:right w:w="85" w:type="dxa"/>
          </w:tcMar>
        </w:tcPr>
        <w:p>
          <w:pPr>
            <w:spacing w:after="0" w:before="0"/>
          </w:pPr>
          <w:r/>
          <w:r>
            <w:rPr>
              <w:rFonts w:ascii="Arial" w:hAnsi="Arial"/>
              <w:color w:val="6B7280"/>
              <w:sz w:val="14"/>
            </w:rPr>
            <w:t>UID: [ATU00000000]</w:t>
          </w:r>
        </w:p>
        <w:p>
          <w:pPr>
            <w:spacing w:after="0" w:before="0"/>
          </w:pPr>
          <w:r>
            <w:rPr>
              <w:rFonts w:ascii="Arial" w:hAnsi="Arial"/>
              <w:i/>
              <w:color w:val="6B7280"/>
              <w:sz w:val="14"/>
            </w:rPr>
            <w:t>Falls im Firmenbuch eingetragen: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FN: [000000x]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Firmenbuchgericht: [z. B. HG Wien]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DGNR: [00000000]</w:t>
          </w:r>
        </w:p>
      </w:tc>
      <w:tc>
        <w:tcPr>
          <w:tcW w:type="dxa" w:w="2268"/>
          <w:tcBorders>
            <w:top w:val="single" w:sz="4" w:space="0" w:color="D1D5DB"/>
          </w:tcBorders>
          <w:tcMar>
            <w:top w:w="85" w:type="dxa"/>
            <w:left w:w="0" w:type="dxa"/>
            <w:bottom w:w="0" w:type="dxa"/>
            <w:right w:w="85" w:type="dxa"/>
          </w:tcMar>
        </w:tcPr>
        <w:p>
          <w:pPr>
            <w:spacing w:after="0" w:before="0"/>
          </w:pPr>
          <w:r/>
          <w:r>
            <w:rPr>
              <w:rFonts w:ascii="Arial" w:hAnsi="Arial"/>
              <w:color w:val="6B7280"/>
              <w:sz w:val="14"/>
            </w:rPr>
            <w:t>Kontoinhaber: [Ihr Name]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IBAN: [AT00 0000 0000 0000 0000]</w:t>
          </w:r>
        </w:p>
        <w:p>
          <w:pPr>
            <w:spacing w:after="0" w:before="0"/>
          </w:pPr>
          <w:r>
            <w:rPr>
              <w:rFonts w:ascii="Arial" w:hAnsi="Arial"/>
              <w:color w:val="6B7280"/>
              <w:sz w:val="14"/>
            </w:rPr>
            <w:t>BIC: [ABCDEFGH]</w:t>
          </w:r>
        </w:p>
      </w:tc>
    </w:tr>
  </w:tbl>
  <w:p>
    <w:pPr>
      <w:spacing w:before="120" w:after="0"/>
      <w:jc w:val="center"/>
    </w:pPr>
    <w:r>
      <w:rPr>
        <w:rFonts w:ascii="Arial" w:hAnsi="Arial"/>
        <w:color w:val="9CA3AF"/>
        <w:sz w:val="14"/>
      </w:rPr>
      <w:t xml:space="preserve">Vorlage von </w:t>
    </w:r>
    <w:hyperlink r:id="rId1">
      <w:r>
        <w:rPr>
          <w:rStyle w:val="Hyperlink"/>
          <w:rFonts w:ascii="Arial" w:hAnsi="Arial"/>
          <w:sz w:val="14"/>
          <w:color w:val="9CA3AF"/>
          <w:u w:val="none"/>
        </w:rPr>
        <w:t>facturo.at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color w:val="1F2937"/>
        <w:sz w:val="28"/>
      </w:rPr>
      <w:t>[LOGO]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7415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acturo.at/?utm_source=docx&amp;utm_medium=powered_by&amp;utm_campaign=vorla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Vorlage Österreich - facturo.at</dc:title>
  <dc:subject>Kostenlose Auftragsbestätigung-Vorlage für Bau und Handwerk</dc:subject>
  <dc:creator>facturo.at</dc:creator>
  <cp:keywords>Auftragsbestätigung, Bauunternehmer, Handwerker, Vorlage, Österreich, DIN 5008</cp:keywords>
  <dc:description>Gratis Vorlage von facturo.at</dc:description>
  <cp:lastModifiedBy>facturo.at</cp:lastModifiedBy>
  <cp:revision>1</cp:revision>
  <dcterms:created xsi:type="dcterms:W3CDTF">2026-07-15T00:00:00Z</dcterms:created>
  <dcterms:modified xsi:type="dcterms:W3CDTF">2026-07-15T00:00:00Z</dcterms:modified>
  <cp:category/>
</cp:coreProperties>
</file>